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E7A4F"/>
          <w:sz w:val="40"/>
        </w:rPr>
        <w:t>TAX INVOICE</w:t>
      </w:r>
    </w:p>
    <w:p>
      <w:pPr>
        <w:jc w:val="center"/>
      </w:pPr>
      <w:r>
        <w:rPr>
          <w:color w:val="64748B"/>
          <w:sz w:val="16"/>
        </w:rPr>
        <w:t>GST invoice format — bahisathi.com/formats/gst-invoice</w:t>
      </w:r>
    </w:p>
    <w:p/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5326"/>
        <w:gridCol w:w="5326"/>
      </w:tblGrid>
      <w:tr>
        <w:tc>
          <w:tcPr>
            <w:tcW w:type="dxa" w:w="5326"/>
          </w:tcPr>
          <w:p>
            <w:r/>
            <w:r>
              <w:rPr>
                <w:b/>
                <w:color w:val="1E7A4F"/>
                <w:sz w:val="20"/>
              </w:rPr>
              <w:t>Your business (seller)</w:t>
            </w:r>
          </w:p>
          <w:p>
            <w:r>
              <w:rPr>
                <w:b/>
                <w:color w:val="64748B"/>
                <w:sz w:val="18"/>
              </w:rPr>
              <w:t xml:space="preserve">Business name: </w:t>
            </w:r>
            <w:r>
              <w:rPr>
                <w:sz w:val="18"/>
              </w:rPr>
              <w:t>____________________________</w:t>
            </w:r>
          </w:p>
          <w:p>
            <w:r>
              <w:rPr>
                <w:b/>
                <w:color w:val="64748B"/>
                <w:sz w:val="18"/>
              </w:rPr>
              <w:t xml:space="preserve">Address: </w:t>
            </w:r>
            <w:r>
              <w:rPr>
                <w:sz w:val="18"/>
              </w:rPr>
              <w:t>____________________________</w:t>
            </w:r>
          </w:p>
          <w:p>
            <w:r>
              <w:rPr>
                <w:b/>
                <w:color w:val="64748B"/>
                <w:sz w:val="18"/>
              </w:rPr>
              <w:t xml:space="preserve">State &amp; code: </w:t>
            </w:r>
            <w:r>
              <w:rPr>
                <w:sz w:val="18"/>
              </w:rPr>
              <w:t>____________________________</w:t>
            </w:r>
          </w:p>
          <w:p>
            <w:r>
              <w:rPr>
                <w:b/>
                <w:color w:val="64748B"/>
                <w:sz w:val="18"/>
              </w:rPr>
              <w:t xml:space="preserve">GSTIN: </w:t>
            </w:r>
            <w:r>
              <w:rPr>
                <w:sz w:val="18"/>
              </w:rPr>
              <w:t>____________________________</w:t>
            </w:r>
          </w:p>
          <w:p>
            <w:r>
              <w:rPr>
                <w:b/>
                <w:color w:val="64748B"/>
                <w:sz w:val="18"/>
              </w:rPr>
              <w:t xml:space="preserve">Email / phone: </w:t>
            </w:r>
            <w:r>
              <w:rPr>
                <w:sz w:val="18"/>
              </w:rPr>
              <w:t>____________________________</w:t>
            </w:r>
          </w:p>
        </w:tc>
        <w:tc>
          <w:tcPr>
            <w:tcW w:type="dxa" w:w="5326"/>
          </w:tcPr>
          <w:p>
            <w:r/>
            <w:r>
              <w:rPr>
                <w:b/>
                <w:color w:val="1E7A4F"/>
                <w:sz w:val="20"/>
              </w:rPr>
              <w:t>Bill to (buyer)</w:t>
            </w:r>
          </w:p>
          <w:p>
            <w:r>
              <w:rPr>
                <w:b/>
                <w:color w:val="64748B"/>
                <w:sz w:val="18"/>
              </w:rPr>
              <w:t xml:space="preserve">Customer name: </w:t>
            </w:r>
            <w:r>
              <w:rPr>
                <w:sz w:val="18"/>
              </w:rPr>
              <w:t>____________________________</w:t>
            </w:r>
          </w:p>
          <w:p>
            <w:r>
              <w:rPr>
                <w:b/>
                <w:color w:val="64748B"/>
                <w:sz w:val="18"/>
              </w:rPr>
              <w:t xml:space="preserve">Address: </w:t>
            </w:r>
            <w:r>
              <w:rPr>
                <w:sz w:val="18"/>
              </w:rPr>
              <w:t>____________________________</w:t>
            </w:r>
          </w:p>
          <w:p>
            <w:r>
              <w:rPr>
                <w:b/>
                <w:color w:val="64748B"/>
                <w:sz w:val="18"/>
              </w:rPr>
              <w:t xml:space="preserve">State &amp; code: </w:t>
            </w:r>
            <w:r>
              <w:rPr>
                <w:sz w:val="18"/>
              </w:rPr>
              <w:t>____________________________</w:t>
            </w:r>
          </w:p>
          <w:p>
            <w:r>
              <w:rPr>
                <w:b/>
                <w:color w:val="64748B"/>
                <w:sz w:val="18"/>
              </w:rPr>
              <w:t xml:space="preserve">GSTIN / UIN (if registered): </w:t>
            </w:r>
            <w:r>
              <w:rPr>
                <w:sz w:val="18"/>
              </w:rPr>
              <w:t>____________________________</w:t>
            </w:r>
          </w:p>
          <w:p>
            <w:r>
              <w:rPr>
                <w:b/>
                <w:color w:val="64748B"/>
                <w:sz w:val="18"/>
              </w:rPr>
              <w:t xml:space="preserve">Place of supply: </w:t>
            </w:r>
            <w:r>
              <w:rPr>
                <w:sz w:val="18"/>
              </w:rPr>
              <w:t>____________________________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3551"/>
        <w:gridCol w:w="3551"/>
        <w:gridCol w:w="3551"/>
      </w:tblGrid>
      <w:tr>
        <w:tc>
          <w:tcPr>
            <w:tcW w:type="dxa" w:w="3551"/>
          </w:tcPr>
          <w:p>
            <w:r/>
            <w:r>
              <w:rPr>
                <w:b w:val="0"/>
                <w:color w:val="64748B"/>
                <w:sz w:val="18"/>
              </w:rPr>
              <w:t>Invoice no. (max 16 characters): _____________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color w:val="64748B"/>
                <w:sz w:val="18"/>
              </w:rPr>
              <w:t>Invoice date: _____________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color w:val="64748B"/>
                <w:sz w:val="18"/>
              </w:rPr>
              <w:t>Reverse charge applicable (Y/N): _______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19"/>
        <w:gridCol w:w="819"/>
        <w:gridCol w:w="819"/>
        <w:gridCol w:w="819"/>
        <w:gridCol w:w="819"/>
        <w:gridCol w:w="819"/>
        <w:gridCol w:w="819"/>
        <w:gridCol w:w="819"/>
        <w:gridCol w:w="819"/>
        <w:gridCol w:w="819"/>
        <w:gridCol w:w="819"/>
        <w:gridCol w:w="819"/>
        <w:gridCol w:w="819"/>
      </w:tblGrid>
      <w:tr>
        <w:tc>
          <w:tcPr>
            <w:tcW w:type="dxa" w:w="340"/>
            <w:shd w:fill="1E7A4F"/>
          </w:tcPr>
          <w:p>
            <w:pPr>
              <w:jc w:val="center"/>
            </w:pPr>
            <w:r/>
            <w:r>
              <w:rPr>
                <w:b/>
                <w:color w:val="FFFFFF"/>
                <w:sz w:val="16"/>
              </w:rPr>
              <w:t>#</w:t>
            </w:r>
          </w:p>
        </w:tc>
        <w:tc>
          <w:tcPr>
            <w:tcW w:type="dxa" w:w="2041"/>
            <w:shd w:fill="1E7A4F"/>
          </w:tcPr>
          <w:p>
            <w:pPr>
              <w:jc w:val="center"/>
            </w:pPr>
            <w:r/>
            <w:r>
              <w:rPr>
                <w:b/>
                <w:color w:val="FFFFFF"/>
                <w:sz w:val="16"/>
              </w:rPr>
              <w:t>Description</w:t>
            </w:r>
          </w:p>
        </w:tc>
        <w:tc>
          <w:tcPr>
            <w:tcW w:type="dxa" w:w="794"/>
            <w:shd w:fill="1E7A4F"/>
          </w:tcPr>
          <w:p>
            <w:pPr>
              <w:jc w:val="center"/>
            </w:pPr>
            <w:r/>
            <w:r>
              <w:rPr>
                <w:b/>
                <w:color w:val="FFFFFF"/>
                <w:sz w:val="16"/>
              </w:rPr>
              <w:t>HSN/</w:t>
              <w:br/>
              <w:t>SAC</w:t>
            </w:r>
          </w:p>
        </w:tc>
        <w:tc>
          <w:tcPr>
            <w:tcW w:type="dxa" w:w="510"/>
            <w:shd w:fill="1E7A4F"/>
          </w:tcPr>
          <w:p>
            <w:pPr>
              <w:jc w:val="center"/>
            </w:pPr>
            <w:r/>
            <w:r>
              <w:rPr>
                <w:b/>
                <w:color w:val="FFFFFF"/>
                <w:sz w:val="16"/>
              </w:rPr>
              <w:t>Qty</w:t>
            </w:r>
          </w:p>
        </w:tc>
        <w:tc>
          <w:tcPr>
            <w:tcW w:type="dxa" w:w="850"/>
            <w:shd w:fill="1E7A4F"/>
          </w:tcPr>
          <w:p>
            <w:pPr>
              <w:jc w:val="center"/>
            </w:pPr>
            <w:r/>
            <w:r>
              <w:rPr>
                <w:b/>
                <w:color w:val="FFFFFF"/>
                <w:sz w:val="16"/>
              </w:rPr>
              <w:t>Rate</w:t>
              <w:br/>
              <w:t>(Rs.)</w:t>
            </w:r>
          </w:p>
        </w:tc>
        <w:tc>
          <w:tcPr>
            <w:tcW w:type="dxa" w:w="1020"/>
            <w:shd w:fill="1E7A4F"/>
          </w:tcPr>
          <w:p>
            <w:pPr>
              <w:jc w:val="center"/>
            </w:pPr>
            <w:r/>
            <w:r>
              <w:rPr>
                <w:b/>
                <w:color w:val="FFFFFF"/>
                <w:sz w:val="16"/>
              </w:rPr>
              <w:t>Taxable</w:t>
              <w:br/>
              <w:t>value</w:t>
            </w:r>
          </w:p>
        </w:tc>
        <w:tc>
          <w:tcPr>
            <w:tcW w:type="dxa" w:w="510"/>
            <w:shd w:fill="1E7A4F"/>
          </w:tcPr>
          <w:p>
            <w:pPr>
              <w:jc w:val="center"/>
            </w:pPr>
            <w:r/>
            <w:r>
              <w:rPr>
                <w:b/>
                <w:color w:val="FFFFFF"/>
                <w:sz w:val="16"/>
              </w:rPr>
              <w:t>CGST</w:t>
              <w:br/>
              <w:t>%</w:t>
            </w:r>
          </w:p>
        </w:tc>
        <w:tc>
          <w:tcPr>
            <w:tcW w:type="dxa" w:w="737"/>
            <w:shd w:fill="1E7A4F"/>
          </w:tcPr>
          <w:p>
            <w:pPr>
              <w:jc w:val="center"/>
            </w:pPr>
            <w:r/>
            <w:r>
              <w:rPr>
                <w:b/>
                <w:color w:val="FFFFFF"/>
                <w:sz w:val="16"/>
              </w:rPr>
              <w:t>CGST</w:t>
              <w:br/>
              <w:t>amt</w:t>
            </w:r>
          </w:p>
        </w:tc>
        <w:tc>
          <w:tcPr>
            <w:tcW w:type="dxa" w:w="510"/>
            <w:shd w:fill="1E7A4F"/>
          </w:tcPr>
          <w:p>
            <w:pPr>
              <w:jc w:val="center"/>
            </w:pPr>
            <w:r/>
            <w:r>
              <w:rPr>
                <w:b/>
                <w:color w:val="FFFFFF"/>
                <w:sz w:val="16"/>
              </w:rPr>
              <w:t>SGST</w:t>
              <w:br/>
              <w:t>%</w:t>
            </w:r>
          </w:p>
        </w:tc>
        <w:tc>
          <w:tcPr>
            <w:tcW w:type="dxa" w:w="737"/>
            <w:shd w:fill="1E7A4F"/>
          </w:tcPr>
          <w:p>
            <w:pPr>
              <w:jc w:val="center"/>
            </w:pPr>
            <w:r/>
            <w:r>
              <w:rPr>
                <w:b/>
                <w:color w:val="FFFFFF"/>
                <w:sz w:val="16"/>
              </w:rPr>
              <w:t>SGST</w:t>
              <w:br/>
              <w:t>amt</w:t>
            </w:r>
          </w:p>
        </w:tc>
        <w:tc>
          <w:tcPr>
            <w:tcW w:type="dxa" w:w="510"/>
            <w:shd w:fill="1E7A4F"/>
          </w:tcPr>
          <w:p>
            <w:pPr>
              <w:jc w:val="center"/>
            </w:pPr>
            <w:r/>
            <w:r>
              <w:rPr>
                <w:b/>
                <w:color w:val="FFFFFF"/>
                <w:sz w:val="16"/>
              </w:rPr>
              <w:t>IGST</w:t>
              <w:br/>
              <w:t>%</w:t>
            </w:r>
          </w:p>
        </w:tc>
        <w:tc>
          <w:tcPr>
            <w:tcW w:type="dxa" w:w="737"/>
            <w:shd w:fill="1E7A4F"/>
          </w:tcPr>
          <w:p>
            <w:pPr>
              <w:jc w:val="center"/>
            </w:pPr>
            <w:r/>
            <w:r>
              <w:rPr>
                <w:b/>
                <w:color w:val="FFFFFF"/>
                <w:sz w:val="16"/>
              </w:rPr>
              <w:t>IGST</w:t>
              <w:br/>
              <w:t>amt</w:t>
            </w:r>
          </w:p>
        </w:tc>
        <w:tc>
          <w:tcPr>
            <w:tcW w:type="dxa" w:w="850"/>
            <w:shd w:fill="1E7A4F"/>
          </w:tcPr>
          <w:p>
            <w:pPr>
              <w:jc w:val="center"/>
            </w:pPr>
            <w:r/>
            <w:r>
              <w:rPr>
                <w:b/>
                <w:color w:val="FFFFFF"/>
                <w:sz w:val="16"/>
              </w:rPr>
              <w:t>Total</w:t>
            </w:r>
          </w:p>
        </w:tc>
      </w:tr>
      <w:tr>
        <w:tc>
          <w:tcPr>
            <w:tcW w:type="dxa" w:w="340"/>
          </w:tcPr>
          <w:p>
            <w:r>
              <w:t>1</w:t>
            </w:r>
          </w:p>
        </w:tc>
        <w:tc>
          <w:tcPr>
            <w:tcW w:type="dxa" w:w="2041"/>
          </w:tcPr>
          <w:p>
            <w:r/>
          </w:p>
        </w:tc>
        <w:tc>
          <w:tcPr>
            <w:tcW w:type="dxa" w:w="794"/>
          </w:tcPr>
          <w:p>
            <w:r/>
          </w:p>
        </w:tc>
        <w:tc>
          <w:tcPr>
            <w:tcW w:type="dxa" w:w="510"/>
          </w:tcPr>
          <w:p>
            <w:r/>
          </w:p>
        </w:tc>
        <w:tc>
          <w:tcPr>
            <w:tcW w:type="dxa" w:w="850"/>
          </w:tcPr>
          <w:p>
            <w:r/>
          </w:p>
        </w:tc>
        <w:tc>
          <w:tcPr>
            <w:tcW w:type="dxa" w:w="1020"/>
          </w:tcPr>
          <w:p>
            <w:r/>
          </w:p>
        </w:tc>
        <w:tc>
          <w:tcPr>
            <w:tcW w:type="dxa" w:w="510"/>
          </w:tcPr>
          <w:p>
            <w:r/>
          </w:p>
        </w:tc>
        <w:tc>
          <w:tcPr>
            <w:tcW w:type="dxa" w:w="737"/>
          </w:tcPr>
          <w:p>
            <w:r/>
          </w:p>
        </w:tc>
        <w:tc>
          <w:tcPr>
            <w:tcW w:type="dxa" w:w="510"/>
          </w:tcPr>
          <w:p>
            <w:r/>
          </w:p>
        </w:tc>
        <w:tc>
          <w:tcPr>
            <w:tcW w:type="dxa" w:w="737"/>
          </w:tcPr>
          <w:p>
            <w:r/>
          </w:p>
        </w:tc>
        <w:tc>
          <w:tcPr>
            <w:tcW w:type="dxa" w:w="510"/>
          </w:tcPr>
          <w:p>
            <w:r/>
          </w:p>
        </w:tc>
        <w:tc>
          <w:tcPr>
            <w:tcW w:type="dxa" w:w="737"/>
          </w:tcPr>
          <w:p>
            <w:r/>
          </w:p>
        </w:tc>
        <w:tc>
          <w:tcPr>
            <w:tcW w:type="dxa" w:w="850"/>
          </w:tcPr>
          <w:p>
            <w:r/>
          </w:p>
        </w:tc>
      </w:tr>
      <w:tr>
        <w:tc>
          <w:tcPr>
            <w:tcW w:type="dxa" w:w="340"/>
          </w:tcPr>
          <w:p>
            <w:r>
              <w:t>2</w:t>
            </w:r>
          </w:p>
        </w:tc>
        <w:tc>
          <w:tcPr>
            <w:tcW w:type="dxa" w:w="2041"/>
          </w:tcPr>
          <w:p>
            <w:r/>
          </w:p>
        </w:tc>
        <w:tc>
          <w:tcPr>
            <w:tcW w:type="dxa" w:w="794"/>
          </w:tcPr>
          <w:p>
            <w:r/>
          </w:p>
        </w:tc>
        <w:tc>
          <w:tcPr>
            <w:tcW w:type="dxa" w:w="510"/>
          </w:tcPr>
          <w:p>
            <w:r/>
          </w:p>
        </w:tc>
        <w:tc>
          <w:tcPr>
            <w:tcW w:type="dxa" w:w="850"/>
          </w:tcPr>
          <w:p>
            <w:r/>
          </w:p>
        </w:tc>
        <w:tc>
          <w:tcPr>
            <w:tcW w:type="dxa" w:w="1020"/>
          </w:tcPr>
          <w:p>
            <w:r/>
          </w:p>
        </w:tc>
        <w:tc>
          <w:tcPr>
            <w:tcW w:type="dxa" w:w="510"/>
          </w:tcPr>
          <w:p>
            <w:r/>
          </w:p>
        </w:tc>
        <w:tc>
          <w:tcPr>
            <w:tcW w:type="dxa" w:w="737"/>
          </w:tcPr>
          <w:p>
            <w:r/>
          </w:p>
        </w:tc>
        <w:tc>
          <w:tcPr>
            <w:tcW w:type="dxa" w:w="510"/>
          </w:tcPr>
          <w:p>
            <w:r/>
          </w:p>
        </w:tc>
        <w:tc>
          <w:tcPr>
            <w:tcW w:type="dxa" w:w="737"/>
          </w:tcPr>
          <w:p>
            <w:r/>
          </w:p>
        </w:tc>
        <w:tc>
          <w:tcPr>
            <w:tcW w:type="dxa" w:w="510"/>
          </w:tcPr>
          <w:p>
            <w:r/>
          </w:p>
        </w:tc>
        <w:tc>
          <w:tcPr>
            <w:tcW w:type="dxa" w:w="737"/>
          </w:tcPr>
          <w:p>
            <w:r/>
          </w:p>
        </w:tc>
        <w:tc>
          <w:tcPr>
            <w:tcW w:type="dxa" w:w="850"/>
          </w:tcPr>
          <w:p>
            <w:r/>
          </w:p>
        </w:tc>
      </w:tr>
      <w:tr>
        <w:tc>
          <w:tcPr>
            <w:tcW w:type="dxa" w:w="340"/>
          </w:tcPr>
          <w:p>
            <w:r>
              <w:t>3</w:t>
            </w:r>
          </w:p>
        </w:tc>
        <w:tc>
          <w:tcPr>
            <w:tcW w:type="dxa" w:w="2041"/>
          </w:tcPr>
          <w:p>
            <w:r/>
          </w:p>
        </w:tc>
        <w:tc>
          <w:tcPr>
            <w:tcW w:type="dxa" w:w="794"/>
          </w:tcPr>
          <w:p>
            <w:r/>
          </w:p>
        </w:tc>
        <w:tc>
          <w:tcPr>
            <w:tcW w:type="dxa" w:w="510"/>
          </w:tcPr>
          <w:p>
            <w:r/>
          </w:p>
        </w:tc>
        <w:tc>
          <w:tcPr>
            <w:tcW w:type="dxa" w:w="850"/>
          </w:tcPr>
          <w:p>
            <w:r/>
          </w:p>
        </w:tc>
        <w:tc>
          <w:tcPr>
            <w:tcW w:type="dxa" w:w="1020"/>
          </w:tcPr>
          <w:p>
            <w:r/>
          </w:p>
        </w:tc>
        <w:tc>
          <w:tcPr>
            <w:tcW w:type="dxa" w:w="510"/>
          </w:tcPr>
          <w:p>
            <w:r/>
          </w:p>
        </w:tc>
        <w:tc>
          <w:tcPr>
            <w:tcW w:type="dxa" w:w="737"/>
          </w:tcPr>
          <w:p>
            <w:r/>
          </w:p>
        </w:tc>
        <w:tc>
          <w:tcPr>
            <w:tcW w:type="dxa" w:w="510"/>
          </w:tcPr>
          <w:p>
            <w:r/>
          </w:p>
        </w:tc>
        <w:tc>
          <w:tcPr>
            <w:tcW w:type="dxa" w:w="737"/>
          </w:tcPr>
          <w:p>
            <w:r/>
          </w:p>
        </w:tc>
        <w:tc>
          <w:tcPr>
            <w:tcW w:type="dxa" w:w="510"/>
          </w:tcPr>
          <w:p>
            <w:r/>
          </w:p>
        </w:tc>
        <w:tc>
          <w:tcPr>
            <w:tcW w:type="dxa" w:w="737"/>
          </w:tcPr>
          <w:p>
            <w:r/>
          </w:p>
        </w:tc>
        <w:tc>
          <w:tcPr>
            <w:tcW w:type="dxa" w:w="850"/>
          </w:tcPr>
          <w:p>
            <w:r/>
          </w:p>
        </w:tc>
      </w:tr>
      <w:tr>
        <w:tc>
          <w:tcPr>
            <w:tcW w:type="dxa" w:w="340"/>
          </w:tcPr>
          <w:p>
            <w:r>
              <w:t>4</w:t>
            </w:r>
          </w:p>
        </w:tc>
        <w:tc>
          <w:tcPr>
            <w:tcW w:type="dxa" w:w="2041"/>
          </w:tcPr>
          <w:p>
            <w:r/>
          </w:p>
        </w:tc>
        <w:tc>
          <w:tcPr>
            <w:tcW w:type="dxa" w:w="794"/>
          </w:tcPr>
          <w:p>
            <w:r/>
          </w:p>
        </w:tc>
        <w:tc>
          <w:tcPr>
            <w:tcW w:type="dxa" w:w="510"/>
          </w:tcPr>
          <w:p>
            <w:r/>
          </w:p>
        </w:tc>
        <w:tc>
          <w:tcPr>
            <w:tcW w:type="dxa" w:w="850"/>
          </w:tcPr>
          <w:p>
            <w:r/>
          </w:p>
        </w:tc>
        <w:tc>
          <w:tcPr>
            <w:tcW w:type="dxa" w:w="1020"/>
          </w:tcPr>
          <w:p>
            <w:r/>
          </w:p>
        </w:tc>
        <w:tc>
          <w:tcPr>
            <w:tcW w:type="dxa" w:w="510"/>
          </w:tcPr>
          <w:p>
            <w:r/>
          </w:p>
        </w:tc>
        <w:tc>
          <w:tcPr>
            <w:tcW w:type="dxa" w:w="737"/>
          </w:tcPr>
          <w:p>
            <w:r/>
          </w:p>
        </w:tc>
        <w:tc>
          <w:tcPr>
            <w:tcW w:type="dxa" w:w="510"/>
          </w:tcPr>
          <w:p>
            <w:r/>
          </w:p>
        </w:tc>
        <w:tc>
          <w:tcPr>
            <w:tcW w:type="dxa" w:w="737"/>
          </w:tcPr>
          <w:p>
            <w:r/>
          </w:p>
        </w:tc>
        <w:tc>
          <w:tcPr>
            <w:tcW w:type="dxa" w:w="510"/>
          </w:tcPr>
          <w:p>
            <w:r/>
          </w:p>
        </w:tc>
        <w:tc>
          <w:tcPr>
            <w:tcW w:type="dxa" w:w="737"/>
          </w:tcPr>
          <w:p>
            <w:r/>
          </w:p>
        </w:tc>
        <w:tc>
          <w:tcPr>
            <w:tcW w:type="dxa" w:w="850"/>
          </w:tcPr>
          <w:p>
            <w:r/>
          </w:p>
        </w:tc>
      </w:tr>
      <w:tr>
        <w:tc>
          <w:tcPr>
            <w:tcW w:type="dxa" w:w="340"/>
          </w:tcPr>
          <w:p>
            <w:r>
              <w:t>5</w:t>
            </w:r>
          </w:p>
        </w:tc>
        <w:tc>
          <w:tcPr>
            <w:tcW w:type="dxa" w:w="2041"/>
          </w:tcPr>
          <w:p>
            <w:r/>
          </w:p>
        </w:tc>
        <w:tc>
          <w:tcPr>
            <w:tcW w:type="dxa" w:w="794"/>
          </w:tcPr>
          <w:p>
            <w:r/>
          </w:p>
        </w:tc>
        <w:tc>
          <w:tcPr>
            <w:tcW w:type="dxa" w:w="510"/>
          </w:tcPr>
          <w:p>
            <w:r/>
          </w:p>
        </w:tc>
        <w:tc>
          <w:tcPr>
            <w:tcW w:type="dxa" w:w="850"/>
          </w:tcPr>
          <w:p>
            <w:r/>
          </w:p>
        </w:tc>
        <w:tc>
          <w:tcPr>
            <w:tcW w:type="dxa" w:w="1020"/>
          </w:tcPr>
          <w:p>
            <w:r/>
          </w:p>
        </w:tc>
        <w:tc>
          <w:tcPr>
            <w:tcW w:type="dxa" w:w="510"/>
          </w:tcPr>
          <w:p>
            <w:r/>
          </w:p>
        </w:tc>
        <w:tc>
          <w:tcPr>
            <w:tcW w:type="dxa" w:w="737"/>
          </w:tcPr>
          <w:p>
            <w:r/>
          </w:p>
        </w:tc>
        <w:tc>
          <w:tcPr>
            <w:tcW w:type="dxa" w:w="510"/>
          </w:tcPr>
          <w:p>
            <w:r/>
          </w:p>
        </w:tc>
        <w:tc>
          <w:tcPr>
            <w:tcW w:type="dxa" w:w="737"/>
          </w:tcPr>
          <w:p>
            <w:r/>
          </w:p>
        </w:tc>
        <w:tc>
          <w:tcPr>
            <w:tcW w:type="dxa" w:w="510"/>
          </w:tcPr>
          <w:p>
            <w:r/>
          </w:p>
        </w:tc>
        <w:tc>
          <w:tcPr>
            <w:tcW w:type="dxa" w:w="737"/>
          </w:tcPr>
          <w:p>
            <w:r/>
          </w:p>
        </w:tc>
        <w:tc>
          <w:tcPr>
            <w:tcW w:type="dxa" w:w="850"/>
          </w:tcPr>
          <w:p>
            <w:r/>
          </w:p>
        </w:tc>
      </w:tr>
      <w:tr>
        <w:tc>
          <w:tcPr>
            <w:tcW w:type="dxa" w:w="340"/>
          </w:tcPr>
          <w:p>
            <w:r>
              <w:t>6</w:t>
            </w:r>
          </w:p>
        </w:tc>
        <w:tc>
          <w:tcPr>
            <w:tcW w:type="dxa" w:w="2041"/>
          </w:tcPr>
          <w:p>
            <w:r/>
          </w:p>
        </w:tc>
        <w:tc>
          <w:tcPr>
            <w:tcW w:type="dxa" w:w="794"/>
          </w:tcPr>
          <w:p>
            <w:r/>
          </w:p>
        </w:tc>
        <w:tc>
          <w:tcPr>
            <w:tcW w:type="dxa" w:w="510"/>
          </w:tcPr>
          <w:p>
            <w:r/>
          </w:p>
        </w:tc>
        <w:tc>
          <w:tcPr>
            <w:tcW w:type="dxa" w:w="850"/>
          </w:tcPr>
          <w:p>
            <w:r/>
          </w:p>
        </w:tc>
        <w:tc>
          <w:tcPr>
            <w:tcW w:type="dxa" w:w="1020"/>
          </w:tcPr>
          <w:p>
            <w:r/>
          </w:p>
        </w:tc>
        <w:tc>
          <w:tcPr>
            <w:tcW w:type="dxa" w:w="510"/>
          </w:tcPr>
          <w:p>
            <w:r/>
          </w:p>
        </w:tc>
        <w:tc>
          <w:tcPr>
            <w:tcW w:type="dxa" w:w="737"/>
          </w:tcPr>
          <w:p>
            <w:r/>
          </w:p>
        </w:tc>
        <w:tc>
          <w:tcPr>
            <w:tcW w:type="dxa" w:w="510"/>
          </w:tcPr>
          <w:p>
            <w:r/>
          </w:p>
        </w:tc>
        <w:tc>
          <w:tcPr>
            <w:tcW w:type="dxa" w:w="737"/>
          </w:tcPr>
          <w:p>
            <w:r/>
          </w:p>
        </w:tc>
        <w:tc>
          <w:tcPr>
            <w:tcW w:type="dxa" w:w="510"/>
          </w:tcPr>
          <w:p>
            <w:r/>
          </w:p>
        </w:tc>
        <w:tc>
          <w:tcPr>
            <w:tcW w:type="dxa" w:w="737"/>
          </w:tcPr>
          <w:p>
            <w:r/>
          </w:p>
        </w:tc>
        <w:tc>
          <w:tcPr>
            <w:tcW w:type="dxa" w:w="850"/>
          </w:tcPr>
          <w:p>
            <w:r/>
          </w:p>
        </w:tc>
      </w:tr>
      <w:tr>
        <w:tc>
          <w:tcPr>
            <w:tcW w:type="dxa" w:w="340"/>
          </w:tcPr>
          <w:p>
            <w:r>
              <w:t>7</w:t>
            </w:r>
          </w:p>
        </w:tc>
        <w:tc>
          <w:tcPr>
            <w:tcW w:type="dxa" w:w="2041"/>
          </w:tcPr>
          <w:p>
            <w:r/>
          </w:p>
        </w:tc>
        <w:tc>
          <w:tcPr>
            <w:tcW w:type="dxa" w:w="794"/>
          </w:tcPr>
          <w:p>
            <w:r/>
          </w:p>
        </w:tc>
        <w:tc>
          <w:tcPr>
            <w:tcW w:type="dxa" w:w="510"/>
          </w:tcPr>
          <w:p>
            <w:r/>
          </w:p>
        </w:tc>
        <w:tc>
          <w:tcPr>
            <w:tcW w:type="dxa" w:w="850"/>
          </w:tcPr>
          <w:p>
            <w:r/>
          </w:p>
        </w:tc>
        <w:tc>
          <w:tcPr>
            <w:tcW w:type="dxa" w:w="1020"/>
          </w:tcPr>
          <w:p>
            <w:r/>
          </w:p>
        </w:tc>
        <w:tc>
          <w:tcPr>
            <w:tcW w:type="dxa" w:w="510"/>
          </w:tcPr>
          <w:p>
            <w:r/>
          </w:p>
        </w:tc>
        <w:tc>
          <w:tcPr>
            <w:tcW w:type="dxa" w:w="737"/>
          </w:tcPr>
          <w:p>
            <w:r/>
          </w:p>
        </w:tc>
        <w:tc>
          <w:tcPr>
            <w:tcW w:type="dxa" w:w="510"/>
          </w:tcPr>
          <w:p>
            <w:r/>
          </w:p>
        </w:tc>
        <w:tc>
          <w:tcPr>
            <w:tcW w:type="dxa" w:w="737"/>
          </w:tcPr>
          <w:p>
            <w:r/>
          </w:p>
        </w:tc>
        <w:tc>
          <w:tcPr>
            <w:tcW w:type="dxa" w:w="510"/>
          </w:tcPr>
          <w:p>
            <w:r/>
          </w:p>
        </w:tc>
        <w:tc>
          <w:tcPr>
            <w:tcW w:type="dxa" w:w="737"/>
          </w:tcPr>
          <w:p>
            <w:r/>
          </w:p>
        </w:tc>
        <w:tc>
          <w:tcPr>
            <w:tcW w:type="dxa" w:w="850"/>
          </w:tcPr>
          <w:p>
            <w:r/>
          </w:p>
        </w:tc>
      </w:tr>
      <w:tr>
        <w:tc>
          <w:tcPr>
            <w:tcW w:type="dxa" w:w="340"/>
          </w:tcPr>
          <w:p>
            <w:r>
              <w:t>8</w:t>
            </w:r>
          </w:p>
        </w:tc>
        <w:tc>
          <w:tcPr>
            <w:tcW w:type="dxa" w:w="2041"/>
          </w:tcPr>
          <w:p>
            <w:r/>
          </w:p>
        </w:tc>
        <w:tc>
          <w:tcPr>
            <w:tcW w:type="dxa" w:w="794"/>
          </w:tcPr>
          <w:p>
            <w:r/>
          </w:p>
        </w:tc>
        <w:tc>
          <w:tcPr>
            <w:tcW w:type="dxa" w:w="510"/>
          </w:tcPr>
          <w:p>
            <w:r/>
          </w:p>
        </w:tc>
        <w:tc>
          <w:tcPr>
            <w:tcW w:type="dxa" w:w="850"/>
          </w:tcPr>
          <w:p>
            <w:r/>
          </w:p>
        </w:tc>
        <w:tc>
          <w:tcPr>
            <w:tcW w:type="dxa" w:w="1020"/>
          </w:tcPr>
          <w:p>
            <w:r/>
          </w:p>
        </w:tc>
        <w:tc>
          <w:tcPr>
            <w:tcW w:type="dxa" w:w="510"/>
          </w:tcPr>
          <w:p>
            <w:r/>
          </w:p>
        </w:tc>
        <w:tc>
          <w:tcPr>
            <w:tcW w:type="dxa" w:w="737"/>
          </w:tcPr>
          <w:p>
            <w:r/>
          </w:p>
        </w:tc>
        <w:tc>
          <w:tcPr>
            <w:tcW w:type="dxa" w:w="510"/>
          </w:tcPr>
          <w:p>
            <w:r/>
          </w:p>
        </w:tc>
        <w:tc>
          <w:tcPr>
            <w:tcW w:type="dxa" w:w="737"/>
          </w:tcPr>
          <w:p>
            <w:r/>
          </w:p>
        </w:tc>
        <w:tc>
          <w:tcPr>
            <w:tcW w:type="dxa" w:w="510"/>
          </w:tcPr>
          <w:p>
            <w:r/>
          </w:p>
        </w:tc>
        <w:tc>
          <w:tcPr>
            <w:tcW w:type="dxa" w:w="737"/>
          </w:tcPr>
          <w:p>
            <w:r/>
          </w:p>
        </w:tc>
        <w:tc>
          <w:tcPr>
            <w:tcW w:type="dxa" w:w="850"/>
          </w:tcPr>
          <w:p>
            <w:r/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5326"/>
        <w:gridCol w:w="5326"/>
      </w:tblGrid>
      <w:tr>
        <w:tc>
          <w:tcPr>
            <w:tcW w:type="dxa" w:w="5326"/>
          </w:tcPr>
          <w:p>
            <w:r/>
            <w:r>
              <w:rPr>
                <w:b w:val="0"/>
                <w:sz w:val="20"/>
              </w:rPr>
              <w:t>Total taxable value</w:t>
            </w:r>
          </w:p>
        </w:tc>
        <w:tc>
          <w:tcPr>
            <w:tcW w:type="dxa" w:w="5326"/>
          </w:tcPr>
          <w:p>
            <w:r/>
            <w:r>
              <w:rPr>
                <w:b w:val="0"/>
                <w:sz w:val="20"/>
              </w:rPr>
              <w:t>Rs. _______________</w:t>
            </w:r>
          </w:p>
        </w:tc>
      </w:tr>
      <w:tr>
        <w:tc>
          <w:tcPr>
            <w:tcW w:type="dxa" w:w="5326"/>
          </w:tcPr>
          <w:p>
            <w:r/>
            <w:r>
              <w:rPr>
                <w:b w:val="0"/>
                <w:sz w:val="20"/>
              </w:rPr>
              <w:t>Total CGST + SGST + IGST</w:t>
            </w:r>
          </w:p>
        </w:tc>
        <w:tc>
          <w:tcPr>
            <w:tcW w:type="dxa" w:w="5326"/>
          </w:tcPr>
          <w:p>
            <w:r/>
            <w:r>
              <w:rPr>
                <w:b w:val="0"/>
                <w:sz w:val="20"/>
              </w:rPr>
              <w:t>Rs. _______________</w:t>
            </w:r>
          </w:p>
        </w:tc>
      </w:tr>
      <w:tr>
        <w:tc>
          <w:tcPr>
            <w:tcW w:type="dxa" w:w="5326"/>
          </w:tcPr>
          <w:p>
            <w:r/>
            <w:r>
              <w:rPr>
                <w:b w:val="0"/>
                <w:sz w:val="20"/>
              </w:rPr>
              <w:t>Round off</w:t>
            </w:r>
          </w:p>
        </w:tc>
        <w:tc>
          <w:tcPr>
            <w:tcW w:type="dxa" w:w="5326"/>
          </w:tcPr>
          <w:p>
            <w:r/>
            <w:r>
              <w:rPr>
                <w:b w:val="0"/>
                <w:sz w:val="20"/>
              </w:rPr>
              <w:t>Rs. _______________</w:t>
            </w:r>
          </w:p>
        </w:tc>
      </w:tr>
      <w:tr>
        <w:tc>
          <w:tcPr>
            <w:tcW w:type="dxa" w:w="5326"/>
          </w:tcPr>
          <w:p>
            <w:r/>
            <w:r>
              <w:rPr>
                <w:b/>
                <w:sz w:val="20"/>
              </w:rPr>
              <w:t>Grand total</w:t>
            </w:r>
          </w:p>
        </w:tc>
        <w:tc>
          <w:tcPr>
            <w:tcW w:type="dxa" w:w="5326"/>
          </w:tcPr>
          <w:p>
            <w:r/>
            <w:r>
              <w:rPr>
                <w:b/>
                <w:color w:val="1E7A4F"/>
                <w:sz w:val="20"/>
              </w:rPr>
              <w:t>Rs. _______________</w:t>
            </w:r>
          </w:p>
        </w:tc>
      </w:tr>
    </w:tbl>
    <w:p/>
    <w:p>
      <w:r>
        <w:rPr>
          <w:b/>
          <w:sz w:val="18"/>
        </w:rPr>
        <w:t xml:space="preserve">Amount in words: </w:t>
      </w:r>
      <w:r>
        <w:rPr>
          <w:sz w:val="18"/>
        </w:rPr>
        <w:t>____________________________________________________________</w:t>
      </w:r>
    </w:p>
    <w:p/>
    <w:p>
      <w:r>
        <w:rPr>
          <w:i/>
          <w:color w:val="64748B"/>
          <w:sz w:val="16"/>
        </w:rPr>
        <w:t>Declaration: We declare that this invoice shows the actual price of the goods/services described and that all particulars are true and correct.</w:t>
      </w:r>
    </w:p>
    <w:p/>
    <w:p/>
    <w:p/>
    <w:p>
      <w:pPr>
        <w:jc w:val="right"/>
      </w:pPr>
      <w:r>
        <w:rPr>
          <w:sz w:val="18"/>
        </w:rPr>
        <w:t>Authorised signatory, for (your business name)</w:t>
      </w:r>
    </w:p>
    <w:p/>
    <w:p>
      <w:r>
        <w:rPr>
          <w:i/>
          <w:color w:val="64748B"/>
          <w:sz w:val="16"/>
        </w:rPr>
        <w:t>How to fill the tax columns — same state sale: use CGST + SGST, each half the GST rate (e.g. 9% + 9% for 18%). Different-state or export sale: use IGST at the full rate instead, and leave CGST/SGST blank. Which one applies to you: bahisathi.com/gst/cgst-sgst-or-igst. The full Rule 46 field list this template follows: bahisathi.com/gst/rule-46-invoice-fields.</w:t>
      </w:r>
    </w:p>
    <w:p>
      <w:pPr>
        <w:jc w:val="center"/>
      </w:pPr>
      <w:r>
        <w:rPr>
          <w:b/>
          <w:color w:val="1E7A4F"/>
          <w:sz w:val="16"/>
        </w:rPr>
        <w:t>Free GST invoice format by BahiSathi · bahisathi.com/formats/gst-invoice · Make invoices like this automatically, numbered and shared on WhatsApp, free.</w:t>
      </w:r>
    </w:p>
    <w:sectPr w:rsidR="00FC693F" w:rsidRPr="0006063C" w:rsidSect="00034616">
      <w:pgSz w:w="12240" w:h="15840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